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231a10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TANAH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C8E896"/>
                <w:sz w:val="18"/>
              </w:rPr>
              <w:t>Nusantara Journal of Soil Science and Sustainable Land Management</w:t>
            </w:r>
          </w:p>
        </w:tc>
        <w:tc>
          <w:tcPr>
            <w:tcW w:type="dxa" w:w="3855"/>
            <w:shd w:val="clear" w:color="auto" w:fill="231a10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10.XXXXX/tanah.XXXX</w:t>
            </w:r>
          </w:p>
        </w:tc>
      </w:tr>
    </w:tbl>
    <w:p>
      <w:pPr>
        <w:spacing w:after="40" w:before="0"/>
        <w:pBdr>
          <w:top w:val="single" w:sz="24" w:space="1" w:color="84cc16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7F2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7F2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7F2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7F2E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a16207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kesuburan tanah; konservasi tanah dan air; lahan marginal; biologi tanah; penggunaan lahan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kesuburan tanah; konservasi tanah dan air; lahan marginal; biologi tanah; penggunaan lahan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Bahan dan Metode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waktu dan lokasi, bahan dan alat, rancangan percobaan (RAL/RAK/split plot), perlakuan dan ulangan, peubah yang diamati, serta analisis statistik (ANOVA dan uji lanjut). Sebutkan varietas dan sumber materi tanam.]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ij</m:t>
                  </m:r>
                </m:sub>
              </m:sSub>
              <m:r>
                <m:t xml:space="preserve"> = μ + </m:t>
              </m:r>
              <m:sSub>
                <m:e>
                  <m:r>
                    <m:t xml:space="preserve">τ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j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ij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respons, μ rataan umum, τ pengaruh perlakuan, β pengaruh kelompok, dan ε galat.</w:t>
      </w:r>
    </w:p>
    <w:p>
      <w:pPr>
        <w:pStyle w:val="Heading1"/>
      </w:pPr>
      <w:r>
        <w:t>3.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3.1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231A10"/>
          <w:sz w:val="18"/>
        </w:rPr>
        <w:fldChar w:fldCharType="begin"/>
      </w:r>
      <w:r>
        <w:rPr>
          <w:b/>
          <w:color w:val="231A10"/>
          <w:sz w:val="18"/>
        </w:rPr>
        <w:instrText xml:space="preserve"> SEQ Tabel \* ARABIC </w:instrText>
      </w:r>
      <w:r>
        <w:rPr>
          <w:b/>
          <w:color w:val="231A10"/>
          <w:sz w:val="18"/>
        </w:rPr>
        <w:fldChar w:fldCharType="separate"/>
      </w:r>
      <w:r>
        <w:rPr>
          <w:b/>
          <w:color w:val="231A10"/>
          <w:sz w:val="18"/>
        </w:rPr>
        <w:t>1</w:t>
      </w:r>
      <w:r>
        <w:rPr>
          <w:b/>
          <w:color w:val="231A10"/>
          <w:sz w:val="18"/>
        </w:rPr>
        <w:fldChar w:fldCharType="end"/>
      </w:r>
      <w:r>
        <w:t xml:space="preserve">. </w:t>
      </w:r>
      <w:r>
        <w:rPr>
          <w:b w:val="0"/>
        </w:rPr>
        <w:t>Rata-rata (± simpangan baku) parameter pertumbuhan pada tiap perlakuan.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Perlakuan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Tinggi Tanaman (cm)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Jumlah Daun (helai)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Bobot Segar (g)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P0 (kontrol)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P1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P2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</w:tbl>
    <w:p>
      <w:pPr>
        <w:pStyle w:val="TeksTabel"/>
      </w:pPr>
    </w:p>
    <w:p>
      <w:pPr>
        <w:pStyle w:val="Heading2"/>
      </w:pPr>
      <w:r>
        <w:t>3.2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231A10"/>
          <w:sz w:val="18"/>
        </w:rPr>
        <w:fldChar w:fldCharType="begin"/>
      </w:r>
      <w:r>
        <w:rPr>
          <w:b/>
          <w:color w:val="231A10"/>
          <w:sz w:val="18"/>
        </w:rPr>
        <w:instrText xml:space="preserve"> SEQ Gambar \* ARABIC </w:instrText>
      </w:r>
      <w:r>
        <w:rPr>
          <w:b/>
          <w:color w:val="231A10"/>
          <w:sz w:val="18"/>
        </w:rPr>
        <w:fldChar w:fldCharType="separate"/>
      </w:r>
      <w:r>
        <w:rPr>
          <w:b/>
          <w:color w:val="231A10"/>
          <w:sz w:val="18"/>
        </w:rPr>
        <w:t>1</w:t>
      </w:r>
      <w:r>
        <w:rPr>
          <w:b/>
          <w:color w:val="231A10"/>
          <w:sz w:val="18"/>
        </w:rPr>
        <w:fldChar w:fldCharType="end"/>
      </w:r>
      <w:r>
        <w:t xml:space="preserve">. </w:t>
      </w:r>
      <w:r>
        <w:rPr>
          <w:b w:val="0"/>
        </w:rPr>
        <w:t>Denah petak percobaan dan tata letak perlakuan.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4.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Izin Lapangan</w:t>
      </w:r>
    </w:p>
    <w:p>
      <w:pPr>
        <w:pStyle w:val="TeksPernyataan"/>
      </w:pPr>
      <w:r>
        <w:t>Penelitian dilaksanakan di [lokasi] dengan izin pemilik lahan/pengelola. Materi genetik diperoleh secara sah dari [sumber].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 dan Lestari, A. (2025) ‘Judul artikel jurnal’, Nama Jurnal, 12(2), hlm. 101–125. doi: 10.xxxx/xxxxx.</w:t>
      </w:r>
    </w:p>
    <w:p>
      <w:pPr>
        <w:pStyle w:val="DaftarRujukan"/>
      </w:pPr>
      <w:r>
        <w:t>Wibowo, R. (2024) Judul buku. Edisi ke-2. Kota: Penerbit.</w:t>
      </w:r>
    </w:p>
    <w:p>
      <w:pPr>
        <w:pStyle w:val="DaftarRujukan"/>
      </w:pPr>
      <w:r>
        <w:t>Hakim, F. (2023) ‘Judul bab’, dalam Prabowo, R. (ed.) Judul buku. Kota: Penerbit, hlm. 45–67.</w:t>
      </w:r>
    </w:p>
    <w:p>
      <w:pPr>
        <w:pStyle w:val="DaftarRujukan"/>
      </w:pPr>
      <w:r>
        <w:t>Utami, S. (2024) Judul tesis. Tesis magister. Nama Universitas.</w:t>
      </w:r>
    </w:p>
    <w:p>
      <w:pPr>
        <w:pStyle w:val="DaftarRujukan"/>
      </w:pPr>
      <w:r>
        <w:t>Badan Standardisasi Nasional (2022) SNI 0000:2022 Judul standar. Jakarta: BSN.</w:t>
      </w:r>
    </w:p>
    <w:p>
      <w:pPr>
        <w:pStyle w:val="DaftarRujukan"/>
      </w:pPr>
      <w:r>
        <w:t>Kementerian/Lembaga (2026) Judul halaman. Tersedia di: https://example.go.id (Diakses: 1 Januari 2027).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Gaya Harvard (nama–tahun); daftar pustaka alfabetis.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31A10"/>
        <w:sz w:val="16"/>
      </w:rPr>
      <w:fldChar w:fldCharType="begin"/>
    </w:r>
    <w:r>
      <w:rPr>
        <w:b/>
        <w:color w:val="231A10"/>
        <w:sz w:val="16"/>
      </w:rPr>
      <w:instrText xml:space="preserve"> PAGE </w:instrText>
    </w:r>
    <w:r>
      <w:rPr>
        <w:b/>
        <w:color w:val="231A10"/>
        <w:sz w:val="16"/>
      </w:rPr>
      <w:fldChar w:fldCharType="separate"/>
    </w:r>
    <w:r>
      <w:rPr>
        <w:b/>
        <w:color w:val="231A10"/>
        <w:sz w:val="16"/>
      </w:rPr>
      <w:t>1</w:t>
    </w:r>
    <w:r>
      <w:rPr>
        <w:b/>
        <w:color w:val="231A10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31A10"/>
        <w:sz w:val="16"/>
      </w:rPr>
      <w:fldChar w:fldCharType="begin"/>
    </w:r>
    <w:r>
      <w:rPr>
        <w:b/>
        <w:color w:val="231A10"/>
        <w:sz w:val="16"/>
      </w:rPr>
      <w:instrText xml:space="preserve"> NUMPAGES </w:instrText>
    </w:r>
    <w:r>
      <w:rPr>
        <w:b/>
        <w:color w:val="231A10"/>
        <w:sz w:val="16"/>
      </w:rPr>
      <w:fldChar w:fldCharType="separate"/>
    </w:r>
    <w:r>
      <w:rPr>
        <w:b/>
        <w:color w:val="231A10"/>
        <w:sz w:val="16"/>
      </w:rPr>
      <w:t>8</w:t>
    </w:r>
    <w:r>
      <w:rPr>
        <w:b/>
        <w:color w:val="231A10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31A10"/>
        <w:sz w:val="16"/>
      </w:rPr>
      <w:fldChar w:fldCharType="begin"/>
    </w:r>
    <w:r>
      <w:rPr>
        <w:b/>
        <w:color w:val="231A10"/>
        <w:sz w:val="16"/>
      </w:rPr>
      <w:instrText xml:space="preserve"> PAGE </w:instrText>
    </w:r>
    <w:r>
      <w:rPr>
        <w:b/>
        <w:color w:val="231A10"/>
        <w:sz w:val="16"/>
      </w:rPr>
      <w:fldChar w:fldCharType="separate"/>
    </w:r>
    <w:r>
      <w:rPr>
        <w:b/>
        <w:color w:val="231A10"/>
        <w:sz w:val="16"/>
      </w:rPr>
      <w:t>1</w:t>
    </w:r>
    <w:r>
      <w:rPr>
        <w:b/>
        <w:color w:val="231A10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31A10"/>
        <w:sz w:val="16"/>
      </w:rPr>
      <w:fldChar w:fldCharType="begin"/>
    </w:r>
    <w:r>
      <w:rPr>
        <w:b/>
        <w:color w:val="231A10"/>
        <w:sz w:val="16"/>
      </w:rPr>
      <w:instrText xml:space="preserve"> NUMPAGES </w:instrText>
    </w:r>
    <w:r>
      <w:rPr>
        <w:b/>
        <w:color w:val="231A10"/>
        <w:sz w:val="16"/>
      </w:rPr>
      <w:fldChar w:fldCharType="separate"/>
    </w:r>
    <w:r>
      <w:rPr>
        <w:b/>
        <w:color w:val="231A10"/>
        <w:sz w:val="16"/>
      </w:rPr>
      <w:t>8</w:t>
    </w:r>
    <w:r>
      <w:rPr>
        <w:b/>
        <w:color w:val="231A10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a16207"/>
      </w:pBdr>
    </w:pPr>
    <w:r>
      <w:rPr>
        <w:rFonts w:ascii="Arial" w:hAnsi="Arial"/>
        <w:b/>
        <w:color w:val="A16207"/>
        <w:sz w:val="17"/>
      </w:rPr>
      <w:t>TANAH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231A1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231A1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231A1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A16207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231A10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231A10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A16207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231A10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231A10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TANAH: Nusantara Journal of Soil Science and Sustainable Land Management – Template Naskah</dc:title>
  <dc:subject>Template naskah resmi</dc:subject>
  <dc:creator>TANAH: Nusantara Journal of Soil Science and Sustainable Land Management</dc:creator>
  <cp:keywords>Kesuburan Tanah, Konservasi Tanah dan Air, Lahan Marginal, Biologi Tanah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